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5A5" w:rsidRDefault="005F26FD">
      <w:pPr>
        <w:pStyle w:val="Heading1"/>
      </w:pPr>
      <w:r>
        <w:t>ICMR-2025 Conference Research Paper Template</w:t>
      </w:r>
    </w:p>
    <w:p w:rsidR="00F805A5" w:rsidRDefault="005F26FD">
      <w:pPr>
        <w:pStyle w:val="Heading2"/>
      </w:pPr>
      <w:r>
        <w:t>Title</w:t>
      </w:r>
    </w:p>
    <w:p w:rsidR="00F805A5" w:rsidRDefault="005F26FD">
      <w:r>
        <w:t>Exploring [Topic/Area of Study] Through Advanced Methodologies</w:t>
      </w:r>
    </w:p>
    <w:p w:rsidR="00F805A5" w:rsidRDefault="005F26FD">
      <w:pPr>
        <w:pStyle w:val="Heading2"/>
      </w:pPr>
      <w:r>
        <w:t>Author Details</w:t>
      </w:r>
    </w:p>
    <w:p w:rsidR="00F805A5" w:rsidRDefault="005F26FD">
      <w:r>
        <w:t>1. Dr. A. Author - Affiliation: [University/Institution, Location]</w:t>
      </w:r>
    </w:p>
    <w:p w:rsidR="00F805A5" w:rsidRDefault="005F26FD">
      <w:r>
        <w:t>2. Prof. B. Researcher - Affiliation: [University/Institution, Location]</w:t>
      </w:r>
    </w:p>
    <w:p w:rsidR="00F805A5" w:rsidRDefault="005F26FD">
      <w:r>
        <w:t>Corresponding Author: Dr. A. Author ([email@example.com])</w:t>
      </w:r>
    </w:p>
    <w:p w:rsidR="00F805A5" w:rsidRDefault="005F26FD">
      <w:pPr>
        <w:pStyle w:val="Heading2"/>
      </w:pPr>
      <w:r>
        <w:t>Abstract</w:t>
      </w:r>
    </w:p>
    <w:p w:rsidR="00F805A5" w:rsidRDefault="005F26FD">
      <w:r>
        <w:t>This research explores [specific area/topic] using [methods/tools]. The study highlights key findings, including [findings summary], and demonstrates the impact on [field or application area].</w:t>
      </w:r>
    </w:p>
    <w:p w:rsidR="00F805A5" w:rsidRDefault="005F26FD">
      <w:pPr>
        <w:pStyle w:val="Heading2"/>
      </w:pPr>
      <w:r>
        <w:t>Keywords</w:t>
      </w:r>
    </w:p>
    <w:p w:rsidR="00F805A5" w:rsidRDefault="005F26FD">
      <w:r>
        <w:t>Keyword1, Keyword2, Keyword3, Keyword4</w:t>
      </w:r>
    </w:p>
    <w:p w:rsidR="00F805A5" w:rsidRDefault="005F26FD">
      <w:pPr>
        <w:pStyle w:val="Heading2"/>
      </w:pPr>
      <w:r>
        <w:t>Main Sections</w:t>
      </w:r>
    </w:p>
    <w:p w:rsidR="00F805A5" w:rsidRDefault="005F26FD">
      <w:pPr>
        <w:pStyle w:val="Heading3"/>
      </w:pPr>
      <w:r>
        <w:t>1. Introduction</w:t>
      </w:r>
    </w:p>
    <w:p w:rsidR="00F805A5" w:rsidRDefault="005F26FD">
      <w:r>
        <w:t>The study focuses on [problem or topic] and its significance in [context]. Key objectives include [list primary objectives].</w:t>
      </w:r>
    </w:p>
    <w:p w:rsidR="00F805A5" w:rsidRDefault="005F26FD">
      <w:pPr>
        <w:pStyle w:val="Heading3"/>
      </w:pPr>
      <w:r>
        <w:t>2. Literature Review</w:t>
      </w:r>
    </w:p>
    <w:p w:rsidR="00F805A5" w:rsidRDefault="005F26FD">
      <w:r>
        <w:t>Previous studies in [field] have addressed [topic/issue]. However, there is a gap in [specific area]. This study builds upon the works of [authors/research] to address this gap.</w:t>
      </w:r>
    </w:p>
    <w:p w:rsidR="00F805A5" w:rsidRDefault="005F26FD">
      <w:pPr>
        <w:pStyle w:val="Heading3"/>
      </w:pPr>
      <w:r>
        <w:t>3. Objectives</w:t>
      </w:r>
    </w:p>
    <w:p w:rsidR="00F805A5" w:rsidRDefault="005F26FD">
      <w:r>
        <w:t>1. To explore [objective 1].</w:t>
      </w:r>
      <w:r>
        <w:br/>
        <w:t>2. To analyze [objective 2].</w:t>
      </w:r>
      <w:r>
        <w:br/>
        <w:t>3. To propose [objective 3].</w:t>
      </w:r>
    </w:p>
    <w:p w:rsidR="00F805A5" w:rsidRDefault="005F26FD">
      <w:pPr>
        <w:pStyle w:val="Heading3"/>
      </w:pPr>
      <w:r>
        <w:t>4. Materials and Methods</w:t>
      </w:r>
    </w:p>
    <w:p w:rsidR="00F805A5" w:rsidRDefault="005F26FD">
      <w:r>
        <w:t>The study uses data from [source/database]. Methods include [techniques, tools, or frameworks]. The workflow comprises [key steps in methodology].</w:t>
      </w:r>
    </w:p>
    <w:p w:rsidR="00F805A5" w:rsidRDefault="005F26FD">
      <w:pPr>
        <w:pStyle w:val="Heading3"/>
      </w:pPr>
      <w:r>
        <w:t>5. Results</w:t>
      </w:r>
    </w:p>
    <w:p w:rsidR="00F805A5" w:rsidRDefault="005F26FD">
      <w:r>
        <w:t>The analysis revealed [key findings], demonstrating significant improvement in [specific area]. Results are summarized in Table 1 and Figure 1.</w:t>
      </w:r>
    </w:p>
    <w:p w:rsidR="00F805A5" w:rsidRDefault="005F26FD">
      <w:pPr>
        <w:pStyle w:val="Heading3"/>
      </w:pPr>
      <w:r>
        <w:lastRenderedPageBreak/>
        <w:t>6. Discussion</w:t>
      </w:r>
    </w:p>
    <w:p w:rsidR="00F805A5" w:rsidRDefault="005F26FD">
      <w:r>
        <w:t>The findings highlight [key insights]. These results support [conclusion or hypothesis], providing implications for [application or field].</w:t>
      </w:r>
    </w:p>
    <w:p w:rsidR="00F805A5" w:rsidRDefault="005F26FD">
      <w:pPr>
        <w:pStyle w:val="Heading3"/>
      </w:pPr>
      <w:r>
        <w:t>7. Conclusion</w:t>
      </w:r>
    </w:p>
    <w:p w:rsidR="00F805A5" w:rsidRDefault="005F26FD">
      <w:r>
        <w:t>The study concludes that [summary of findings]. Future research should focus on [areas for further investigation].</w:t>
      </w:r>
    </w:p>
    <w:p w:rsidR="00F805A5" w:rsidRDefault="005F26FD">
      <w:pPr>
        <w:pStyle w:val="Heading2"/>
      </w:pPr>
      <w:r>
        <w:t>References</w:t>
      </w:r>
    </w:p>
    <w:p w:rsidR="00F805A5" w:rsidRDefault="005F26FD">
      <w:r>
        <w:t>1. Author A. (Year). Title of the Reference. Journal/Source, Volume(Issue), Pages.</w:t>
      </w:r>
      <w:r>
        <w:br/>
        <w:t>2. Author B. (Year). Title of the Reference. Journal/Source, Volume(Issue), Pages.</w:t>
      </w:r>
      <w:r>
        <w:br/>
        <w:t>3. Author C. (Year). Title of the Reference. Journal/Source, Volume(Issue), Pages.</w:t>
      </w:r>
    </w:p>
    <w:p w:rsidR="00F805A5" w:rsidRDefault="005F26FD">
      <w:pPr>
        <w:pStyle w:val="Heading2"/>
      </w:pPr>
      <w:r>
        <w:t>Formatting Guidelines for ICMR-2025</w:t>
      </w:r>
    </w:p>
    <w:p w:rsidR="005F26FD" w:rsidRDefault="005F26FD" w:rsidP="005F26FD">
      <w:pPr>
        <w:spacing w:after="0"/>
      </w:pPr>
      <w:r>
        <w:br/>
        <w:t>- Page Size: A4</w:t>
      </w:r>
      <w:r>
        <w:br/>
        <w:t>- Margins: 1-inch all sides</w:t>
      </w:r>
      <w:r>
        <w:br/>
        <w:t>- Font: Times New Roman, 12 pt</w:t>
      </w:r>
      <w:r>
        <w:br/>
        <w:t>- Spacing: 1.5 lines</w:t>
      </w:r>
      <w:r>
        <w:br/>
        <w:t>- Citation Style: IEEE/APA (as specified by the conference)</w:t>
      </w:r>
      <w:r>
        <w:br/>
        <w:t>- Submission Format: PDF</w:t>
      </w:r>
    </w:p>
    <w:p w:rsidR="00F805A5" w:rsidRDefault="005F26FD" w:rsidP="005F26FD">
      <w:pPr>
        <w:spacing w:after="0"/>
      </w:pPr>
      <w:r>
        <w:t>- Submission Format: MS-Word</w:t>
      </w:r>
      <w:r>
        <w:br/>
      </w:r>
      <w:r w:rsidR="00360AD1" w:rsidRPr="00360AD1">
        <w:rPr>
          <w:highlight w:val="yellow"/>
        </w:rPr>
        <w:t xml:space="preserve">Note:- The Sections need not to be </w:t>
      </w:r>
      <w:bookmarkStart w:id="0" w:name="_GoBack"/>
      <w:bookmarkEnd w:id="0"/>
      <w:r w:rsidR="00360AD1" w:rsidRPr="00360AD1">
        <w:rPr>
          <w:highlight w:val="yellow"/>
        </w:rPr>
        <w:t>same as mentioned in the template.</w:t>
      </w:r>
    </w:p>
    <w:sectPr w:rsidR="00F805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60AD1"/>
    <w:rsid w:val="005F26FD"/>
    <w:rsid w:val="00AA1D8D"/>
    <w:rsid w:val="00B47730"/>
    <w:rsid w:val="00CB0664"/>
    <w:rsid w:val="00F805A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6FB685"/>
  <w14:defaultImageDpi w14:val="300"/>
  <w15:docId w15:val="{D6124445-F231-4764-B407-5597ED240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909F6A-00E3-4B9C-B4A3-5C49B7150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 6</cp:lastModifiedBy>
  <cp:revision>3</cp:revision>
  <dcterms:created xsi:type="dcterms:W3CDTF">2013-12-23T23:15:00Z</dcterms:created>
  <dcterms:modified xsi:type="dcterms:W3CDTF">2025-01-06T05:56:00Z</dcterms:modified>
  <cp:category/>
</cp:coreProperties>
</file>